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DE543" w14:textId="77777777" w:rsidR="00CC248F" w:rsidRPr="00E208D5" w:rsidRDefault="00847AE2">
      <w:pPr>
        <w:rPr>
          <w:sz w:val="28"/>
          <w:szCs w:val="28"/>
        </w:rPr>
      </w:pPr>
      <w:r w:rsidRPr="00E208D5">
        <w:rPr>
          <w:sz w:val="28"/>
          <w:szCs w:val="28"/>
        </w:rPr>
        <w:t>附件</w:t>
      </w:r>
      <w:r w:rsidRPr="00E208D5">
        <w:rPr>
          <w:sz w:val="28"/>
          <w:szCs w:val="28"/>
        </w:rPr>
        <w:t xml:space="preserve">1 / </w:t>
      </w:r>
      <w:r w:rsidRPr="00E208D5">
        <w:rPr>
          <w:sz w:val="28"/>
          <w:szCs w:val="28"/>
        </w:rPr>
        <w:t>เอกสารแนบ 1</w:t>
      </w:r>
    </w:p>
    <w:p w14:paraId="68811D1E" w14:textId="77777777" w:rsidR="00CC248F" w:rsidRPr="00E208D5" w:rsidRDefault="00847AE2">
      <w:pPr>
        <w:jc w:val="center"/>
        <w:rPr>
          <w:sz w:val="28"/>
          <w:szCs w:val="28"/>
        </w:rPr>
      </w:pPr>
      <w:r w:rsidRPr="00E208D5">
        <w:rPr>
          <w:b/>
          <w:sz w:val="28"/>
          <w:szCs w:val="28"/>
        </w:rPr>
        <w:t>食品展销会报告登记表</w:t>
      </w:r>
    </w:p>
    <w:p w14:paraId="3C4709AD" w14:textId="77777777" w:rsidR="00CC248F" w:rsidRPr="00E208D5" w:rsidRDefault="00847AE2">
      <w:pPr>
        <w:jc w:val="center"/>
        <w:rPr>
          <w:sz w:val="28"/>
          <w:szCs w:val="28"/>
        </w:rPr>
      </w:pPr>
      <w:r w:rsidRPr="00E208D5">
        <w:rPr>
          <w:b/>
          <w:sz w:val="28"/>
          <w:szCs w:val="28"/>
        </w:rPr>
        <w:t>แบบฟอร์มรายงานและลงทะเบียนงานแสดงและจำหน่ายอาหาร</w:t>
      </w:r>
    </w:p>
    <w:p w14:paraId="0C4AFC68" w14:textId="48C71FBA" w:rsidR="00CC248F" w:rsidRPr="00E208D5" w:rsidRDefault="00847AE2">
      <w:pPr>
        <w:jc w:val="right"/>
        <w:rPr>
          <w:sz w:val="28"/>
          <w:szCs w:val="28"/>
          <w:lang w:eastAsia="zh-CN"/>
        </w:rPr>
      </w:pPr>
      <w:r w:rsidRPr="00E208D5">
        <w:rPr>
          <w:sz w:val="28"/>
          <w:szCs w:val="28"/>
          <w:lang w:eastAsia="zh-CN"/>
        </w:rPr>
        <w:t>编号</w:t>
      </w:r>
      <w:r w:rsidR="00024C60" w:rsidRPr="00E208D5">
        <w:rPr>
          <w:sz w:val="28"/>
          <w:szCs w:val="28"/>
          <w:lang w:eastAsia="zh-CN"/>
        </w:rPr>
        <w:t>/</w:t>
      </w:r>
      <w:r w:rsidR="00024C60" w:rsidRPr="00E208D5">
        <w:rPr>
          <w:rFonts w:hint="cs"/>
          <w:sz w:val="28"/>
          <w:szCs w:val="28"/>
          <w:cs/>
          <w:lang w:eastAsia="zh-CN" w:bidi="th-TH"/>
        </w:rPr>
        <w:t>เลขที่</w:t>
      </w:r>
      <w:r w:rsidRPr="00E208D5">
        <w:rPr>
          <w:sz w:val="28"/>
          <w:szCs w:val="28"/>
          <w:lang w:eastAsia="zh-CN"/>
        </w:rPr>
        <w:t>：黄食报字（</w:t>
      </w:r>
      <w:r w:rsidRPr="00E208D5">
        <w:rPr>
          <w:sz w:val="28"/>
          <w:szCs w:val="28"/>
          <w:lang w:eastAsia="zh-CN"/>
        </w:rPr>
        <w:t xml:space="preserve">        </w:t>
      </w:r>
      <w:r w:rsidRPr="00E208D5">
        <w:rPr>
          <w:sz w:val="28"/>
          <w:szCs w:val="28"/>
          <w:lang w:eastAsia="zh-CN"/>
        </w:rPr>
        <w:t>）</w:t>
      </w:r>
      <w:r w:rsidRPr="00E208D5">
        <w:rPr>
          <w:sz w:val="28"/>
          <w:szCs w:val="28"/>
          <w:lang w:eastAsia="zh-CN"/>
        </w:rPr>
        <w:t>202</w:t>
      </w:r>
      <w:r w:rsidR="00236EB3" w:rsidRPr="00E208D5">
        <w:rPr>
          <w:rFonts w:eastAsia="SimSun"/>
          <w:sz w:val="28"/>
          <w:szCs w:val="28"/>
          <w:lang w:eastAsia="zh-CN"/>
        </w:rPr>
        <w:t>6</w:t>
      </w:r>
      <w:r w:rsidRPr="00E208D5">
        <w:rPr>
          <w:sz w:val="28"/>
          <w:szCs w:val="28"/>
          <w:lang w:eastAsia="zh-CN"/>
        </w:rPr>
        <w:t xml:space="preserve">      </w:t>
      </w:r>
      <w:r w:rsidRPr="00E208D5">
        <w:rPr>
          <w:sz w:val="28"/>
          <w:szCs w:val="28"/>
          <w:lang w:eastAsia="zh-CN"/>
        </w:rPr>
        <w:t>号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735"/>
        <w:gridCol w:w="2695"/>
        <w:gridCol w:w="2197"/>
        <w:gridCol w:w="2513"/>
        <w:gridCol w:w="1622"/>
      </w:tblGrid>
      <w:tr w:rsidR="00CC248F" w:rsidRPr="00E208D5" w14:paraId="2A7C106C" w14:textId="77777777">
        <w:trPr>
          <w:jc w:val="center"/>
        </w:trPr>
        <w:tc>
          <w:tcPr>
            <w:tcW w:w="907" w:type="dxa"/>
            <w:vMerge w:val="restart"/>
            <w:shd w:val="clear" w:color="auto" w:fill="E7EEF7"/>
            <w:vAlign w:val="center"/>
          </w:tcPr>
          <w:p w14:paraId="33C1CAFE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b/>
                <w:sz w:val="28"/>
                <w:szCs w:val="28"/>
              </w:rPr>
              <w:t>举办方填写</w:t>
            </w:r>
          </w:p>
          <w:p w14:paraId="2C95485E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</w:rPr>
              <w:t>สำหรับผู้จัดงานกรอก</w:t>
            </w:r>
          </w:p>
        </w:tc>
        <w:tc>
          <w:tcPr>
            <w:tcW w:w="1927" w:type="dxa"/>
            <w:shd w:val="clear" w:color="auto" w:fill="F2F2F2"/>
            <w:vAlign w:val="center"/>
          </w:tcPr>
          <w:p w14:paraId="76060CAC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b/>
                <w:sz w:val="28"/>
                <w:szCs w:val="28"/>
              </w:rPr>
              <w:t>展销会名称</w:t>
            </w:r>
          </w:p>
          <w:p w14:paraId="61210A1C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</w:rPr>
              <w:t>ชื่องานแสดงและจำหน่าย</w:t>
            </w:r>
          </w:p>
        </w:tc>
        <w:tc>
          <w:tcPr>
            <w:tcW w:w="7709" w:type="dxa"/>
            <w:gridSpan w:val="3"/>
            <w:vAlign w:val="center"/>
          </w:tcPr>
          <w:p w14:paraId="4B8DB61A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  <w:lang w:eastAsia="zh-CN"/>
              </w:rPr>
            </w:pPr>
            <w:r w:rsidRPr="00E208D5">
              <w:rPr>
                <w:b/>
                <w:sz w:val="28"/>
                <w:szCs w:val="28"/>
                <w:lang w:eastAsia="zh-CN"/>
              </w:rPr>
              <w:t>中泰文化旅游与经贸交流活动</w:t>
            </w:r>
          </w:p>
          <w:p w14:paraId="168FECCC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</w:rPr>
              <w:t>กิจกรรมแลกเปลี่ยนวัฒนธรรม การท่องเที่ยว และการค้าจีน-ไทย</w:t>
            </w:r>
          </w:p>
        </w:tc>
      </w:tr>
      <w:tr w:rsidR="00CC248F" w:rsidRPr="00E208D5" w14:paraId="2385BE6C" w14:textId="77777777">
        <w:trPr>
          <w:jc w:val="center"/>
        </w:trPr>
        <w:tc>
          <w:tcPr>
            <w:tcW w:w="907" w:type="dxa"/>
            <w:vMerge/>
          </w:tcPr>
          <w:p w14:paraId="748ECF8E" w14:textId="77777777" w:rsidR="00CC248F" w:rsidRPr="00E208D5" w:rsidRDefault="00CC248F">
            <w:pPr>
              <w:rPr>
                <w:sz w:val="28"/>
                <w:szCs w:val="28"/>
              </w:rPr>
            </w:pPr>
          </w:p>
        </w:tc>
        <w:tc>
          <w:tcPr>
            <w:tcW w:w="1927" w:type="dxa"/>
            <w:shd w:val="clear" w:color="auto" w:fill="F2F2F2"/>
            <w:vAlign w:val="center"/>
          </w:tcPr>
          <w:p w14:paraId="25BD7000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b/>
                <w:sz w:val="28"/>
                <w:szCs w:val="28"/>
              </w:rPr>
              <w:t>经营期限（起止时间）</w:t>
            </w:r>
          </w:p>
          <w:p w14:paraId="6F7E7BC0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</w:rPr>
              <w:t>ระยะเวลาดำเนินงาน (วันเริ่มต้น-สิ้นสุด)</w:t>
            </w:r>
          </w:p>
        </w:tc>
        <w:tc>
          <w:tcPr>
            <w:tcW w:w="7709" w:type="dxa"/>
            <w:gridSpan w:val="3"/>
            <w:vAlign w:val="center"/>
          </w:tcPr>
          <w:p w14:paraId="625E6717" w14:textId="289A0E35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</w:rPr>
              <w:t>2026</w:t>
            </w:r>
            <w:r w:rsidRPr="00E208D5">
              <w:rPr>
                <w:sz w:val="28"/>
                <w:szCs w:val="28"/>
              </w:rPr>
              <w:t>年</w:t>
            </w:r>
            <w:r w:rsidRPr="00E208D5">
              <w:rPr>
                <w:sz w:val="28"/>
                <w:szCs w:val="28"/>
              </w:rPr>
              <w:t>10</w:t>
            </w:r>
            <w:r w:rsidRPr="00E208D5">
              <w:rPr>
                <w:sz w:val="28"/>
                <w:szCs w:val="28"/>
              </w:rPr>
              <w:t>月</w:t>
            </w:r>
            <w:r w:rsidRPr="00E208D5">
              <w:rPr>
                <w:sz w:val="28"/>
                <w:szCs w:val="28"/>
              </w:rPr>
              <w:t>1</w:t>
            </w:r>
            <w:r w:rsidRPr="00E208D5">
              <w:rPr>
                <w:sz w:val="28"/>
                <w:szCs w:val="28"/>
              </w:rPr>
              <w:t>日至</w:t>
            </w:r>
            <w:r w:rsidRPr="00E208D5">
              <w:rPr>
                <w:sz w:val="28"/>
                <w:szCs w:val="28"/>
              </w:rPr>
              <w:t>1</w:t>
            </w:r>
            <w:r w:rsidR="003B573D" w:rsidRPr="00E208D5">
              <w:rPr>
                <w:sz w:val="28"/>
                <w:szCs w:val="28"/>
              </w:rPr>
              <w:t>1</w:t>
            </w:r>
            <w:r w:rsidRPr="00E208D5">
              <w:rPr>
                <w:sz w:val="28"/>
                <w:szCs w:val="28"/>
              </w:rPr>
              <w:t>月</w:t>
            </w:r>
            <w:r w:rsidRPr="00E208D5">
              <w:rPr>
                <w:sz w:val="28"/>
                <w:szCs w:val="28"/>
              </w:rPr>
              <w:t>3</w:t>
            </w:r>
            <w:r w:rsidR="003B573D" w:rsidRPr="00E208D5">
              <w:rPr>
                <w:sz w:val="28"/>
                <w:szCs w:val="28"/>
              </w:rPr>
              <w:t>0</w:t>
            </w:r>
            <w:r w:rsidRPr="00E208D5">
              <w:rPr>
                <w:sz w:val="28"/>
                <w:szCs w:val="28"/>
              </w:rPr>
              <w:t>日</w:t>
            </w:r>
          </w:p>
          <w:p w14:paraId="5AA5BE63" w14:textId="1B574524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</w:rPr>
              <w:t xml:space="preserve">1 </w:t>
            </w:r>
            <w:r w:rsidRPr="00E208D5">
              <w:rPr>
                <w:sz w:val="28"/>
                <w:szCs w:val="28"/>
              </w:rPr>
              <w:t xml:space="preserve">ตุลาคม 2026 ถึง </w:t>
            </w:r>
            <w:r w:rsidR="003B573D" w:rsidRPr="00E208D5">
              <w:rPr>
                <w:rFonts w:eastAsia="SimSun"/>
                <w:sz w:val="28"/>
                <w:szCs w:val="28"/>
                <w:lang w:eastAsia="zh-CN"/>
              </w:rPr>
              <w:t>30</w:t>
            </w:r>
            <w:r w:rsidRPr="00E208D5">
              <w:rPr>
                <w:sz w:val="28"/>
                <w:szCs w:val="28"/>
              </w:rPr>
              <w:t xml:space="preserve"> </w:t>
            </w:r>
            <w:r w:rsidR="003B573D" w:rsidRPr="00E208D5">
              <w:rPr>
                <w:rFonts w:hint="cs"/>
                <w:sz w:val="28"/>
                <w:szCs w:val="28"/>
                <w:cs/>
                <w:lang w:bidi="th-TH"/>
              </w:rPr>
              <w:t>พฤศจิกายน</w:t>
            </w:r>
            <w:r w:rsidRPr="00E208D5">
              <w:rPr>
                <w:sz w:val="28"/>
                <w:szCs w:val="28"/>
              </w:rPr>
              <w:t xml:space="preserve"> 2026</w:t>
            </w:r>
          </w:p>
        </w:tc>
      </w:tr>
      <w:tr w:rsidR="00CC248F" w:rsidRPr="00E208D5" w14:paraId="2DF73ADE" w14:textId="77777777">
        <w:trPr>
          <w:jc w:val="center"/>
        </w:trPr>
        <w:tc>
          <w:tcPr>
            <w:tcW w:w="907" w:type="dxa"/>
            <w:vMerge/>
          </w:tcPr>
          <w:p w14:paraId="5CE702A2" w14:textId="77777777" w:rsidR="00CC248F" w:rsidRPr="00E208D5" w:rsidRDefault="00CC248F">
            <w:pPr>
              <w:rPr>
                <w:sz w:val="28"/>
                <w:szCs w:val="28"/>
              </w:rPr>
            </w:pPr>
          </w:p>
        </w:tc>
        <w:tc>
          <w:tcPr>
            <w:tcW w:w="1927" w:type="dxa"/>
            <w:shd w:val="clear" w:color="auto" w:fill="F2F2F2"/>
            <w:vAlign w:val="center"/>
          </w:tcPr>
          <w:p w14:paraId="255CF30B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b/>
                <w:sz w:val="28"/>
                <w:szCs w:val="28"/>
              </w:rPr>
              <w:t>地址</w:t>
            </w:r>
          </w:p>
          <w:p w14:paraId="79E4BFF0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</w:rPr>
              <w:t>ที่อยู่ / สถานที่จัดงาน</w:t>
            </w:r>
          </w:p>
        </w:tc>
        <w:tc>
          <w:tcPr>
            <w:tcW w:w="7709" w:type="dxa"/>
            <w:gridSpan w:val="3"/>
            <w:vAlign w:val="center"/>
          </w:tcPr>
          <w:p w14:paraId="57A45D50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  <w:lang w:eastAsia="zh-CN"/>
              </w:rPr>
            </w:pPr>
            <w:r w:rsidRPr="00E208D5">
              <w:rPr>
                <w:sz w:val="28"/>
                <w:szCs w:val="28"/>
                <w:lang w:eastAsia="zh-CN"/>
              </w:rPr>
              <w:t>上海市黄浦区绿地外滩中心，公义码头街</w:t>
            </w:r>
          </w:p>
          <w:p w14:paraId="579C9B1B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</w:rPr>
              <w:t xml:space="preserve">Greenland Bund Center, Gongyi Matou Street, </w:t>
            </w:r>
            <w:r w:rsidRPr="00E208D5">
              <w:rPr>
                <w:sz w:val="28"/>
                <w:szCs w:val="28"/>
              </w:rPr>
              <w:t>เขตหวงผู่ นครเซี่ยงไฮ้</w:t>
            </w:r>
          </w:p>
        </w:tc>
      </w:tr>
      <w:tr w:rsidR="00CC248F" w:rsidRPr="00E208D5" w14:paraId="75CBA28C" w14:textId="77777777">
        <w:trPr>
          <w:jc w:val="center"/>
        </w:trPr>
        <w:tc>
          <w:tcPr>
            <w:tcW w:w="907" w:type="dxa"/>
            <w:vMerge/>
          </w:tcPr>
          <w:p w14:paraId="009A2B3F" w14:textId="77777777" w:rsidR="00CC248F" w:rsidRPr="00E208D5" w:rsidRDefault="00CC248F">
            <w:pPr>
              <w:rPr>
                <w:sz w:val="28"/>
                <w:szCs w:val="28"/>
              </w:rPr>
            </w:pPr>
          </w:p>
        </w:tc>
        <w:tc>
          <w:tcPr>
            <w:tcW w:w="1927" w:type="dxa"/>
            <w:shd w:val="clear" w:color="auto" w:fill="F2F2F2"/>
            <w:vAlign w:val="center"/>
          </w:tcPr>
          <w:p w14:paraId="3579C623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b/>
                <w:sz w:val="28"/>
                <w:szCs w:val="28"/>
              </w:rPr>
              <w:t>举办者</w:t>
            </w:r>
          </w:p>
          <w:p w14:paraId="1BB2F3AD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</w:rPr>
              <w:t>ผู้จัดงาน</w:t>
            </w:r>
          </w:p>
        </w:tc>
        <w:tc>
          <w:tcPr>
            <w:tcW w:w="7709" w:type="dxa"/>
            <w:gridSpan w:val="3"/>
            <w:vAlign w:val="center"/>
          </w:tcPr>
          <w:p w14:paraId="3B3AF350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</w:rPr>
              <w:t>绿地外滩中心</w:t>
            </w:r>
          </w:p>
          <w:p w14:paraId="5F951821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</w:rPr>
              <w:t>Greenland Bund Center</w:t>
            </w:r>
          </w:p>
        </w:tc>
      </w:tr>
      <w:tr w:rsidR="00CC248F" w:rsidRPr="00E208D5" w14:paraId="142EFE48" w14:textId="77777777">
        <w:trPr>
          <w:jc w:val="center"/>
        </w:trPr>
        <w:tc>
          <w:tcPr>
            <w:tcW w:w="907" w:type="dxa"/>
            <w:vMerge/>
          </w:tcPr>
          <w:p w14:paraId="2027B8AB" w14:textId="77777777" w:rsidR="00CC248F" w:rsidRPr="00E208D5" w:rsidRDefault="00CC248F">
            <w:pPr>
              <w:rPr>
                <w:sz w:val="28"/>
                <w:szCs w:val="28"/>
              </w:rPr>
            </w:pPr>
          </w:p>
        </w:tc>
        <w:tc>
          <w:tcPr>
            <w:tcW w:w="1927" w:type="dxa"/>
            <w:shd w:val="clear" w:color="auto" w:fill="F2F2F2"/>
            <w:vAlign w:val="center"/>
          </w:tcPr>
          <w:p w14:paraId="2EE42980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b/>
                <w:sz w:val="28"/>
                <w:szCs w:val="28"/>
              </w:rPr>
              <w:t>入场经营者</w:t>
            </w:r>
          </w:p>
          <w:p w14:paraId="0218E1E1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</w:rPr>
              <w:t>ผู้ประกอบการที่เข้าร่วมงาน</w:t>
            </w:r>
          </w:p>
        </w:tc>
        <w:tc>
          <w:tcPr>
            <w:tcW w:w="7709" w:type="dxa"/>
            <w:gridSpan w:val="3"/>
            <w:vAlign w:val="center"/>
          </w:tcPr>
          <w:p w14:paraId="0F9E2811" w14:textId="77777777" w:rsidR="00CC248F" w:rsidRPr="00E208D5" w:rsidRDefault="00CC248F">
            <w:pPr>
              <w:spacing w:after="20"/>
              <w:rPr>
                <w:sz w:val="28"/>
                <w:szCs w:val="28"/>
              </w:rPr>
            </w:pPr>
          </w:p>
          <w:p w14:paraId="4173D7EA" w14:textId="77777777" w:rsidR="00CC248F" w:rsidRPr="00E208D5" w:rsidRDefault="00CC248F">
            <w:pPr>
              <w:spacing w:after="20"/>
              <w:rPr>
                <w:sz w:val="28"/>
                <w:szCs w:val="28"/>
              </w:rPr>
            </w:pPr>
          </w:p>
        </w:tc>
      </w:tr>
      <w:tr w:rsidR="00CC248F" w:rsidRPr="00E208D5" w14:paraId="2DFE84BB" w14:textId="77777777">
        <w:trPr>
          <w:jc w:val="center"/>
        </w:trPr>
        <w:tc>
          <w:tcPr>
            <w:tcW w:w="907" w:type="dxa"/>
            <w:vMerge/>
          </w:tcPr>
          <w:p w14:paraId="69DDD490" w14:textId="77777777" w:rsidR="00CC248F" w:rsidRPr="00E208D5" w:rsidRDefault="00CC248F">
            <w:pPr>
              <w:rPr>
                <w:sz w:val="28"/>
                <w:szCs w:val="28"/>
              </w:rPr>
            </w:pPr>
          </w:p>
        </w:tc>
        <w:tc>
          <w:tcPr>
            <w:tcW w:w="1927" w:type="dxa"/>
            <w:shd w:val="clear" w:color="auto" w:fill="F2F2F2"/>
            <w:vAlign w:val="center"/>
          </w:tcPr>
          <w:p w14:paraId="7E30924B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b/>
                <w:sz w:val="28"/>
                <w:szCs w:val="28"/>
              </w:rPr>
              <w:t>经营项目</w:t>
            </w:r>
          </w:p>
          <w:p w14:paraId="28693C5C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</w:rPr>
              <w:t>รายการ/ประเภทสินค้าหรือกิจการ</w:t>
            </w:r>
          </w:p>
        </w:tc>
        <w:tc>
          <w:tcPr>
            <w:tcW w:w="7709" w:type="dxa"/>
            <w:gridSpan w:val="3"/>
            <w:vAlign w:val="center"/>
          </w:tcPr>
          <w:p w14:paraId="683D6BAA" w14:textId="77777777" w:rsidR="00CC248F" w:rsidRPr="00E208D5" w:rsidRDefault="00CC248F">
            <w:pPr>
              <w:spacing w:after="20"/>
              <w:rPr>
                <w:sz w:val="28"/>
                <w:szCs w:val="28"/>
              </w:rPr>
            </w:pPr>
          </w:p>
          <w:p w14:paraId="17583539" w14:textId="77777777" w:rsidR="00CC248F" w:rsidRPr="00E208D5" w:rsidRDefault="00CC248F">
            <w:pPr>
              <w:spacing w:after="20"/>
              <w:rPr>
                <w:sz w:val="28"/>
                <w:szCs w:val="28"/>
              </w:rPr>
            </w:pPr>
          </w:p>
        </w:tc>
      </w:tr>
      <w:tr w:rsidR="00CC248F" w:rsidRPr="00E208D5" w14:paraId="0999D607" w14:textId="77777777">
        <w:trPr>
          <w:jc w:val="center"/>
        </w:trPr>
        <w:tc>
          <w:tcPr>
            <w:tcW w:w="907" w:type="dxa"/>
            <w:vMerge/>
          </w:tcPr>
          <w:p w14:paraId="1836B62E" w14:textId="77777777" w:rsidR="00CC248F" w:rsidRPr="00E208D5" w:rsidRDefault="00CC248F">
            <w:pPr>
              <w:rPr>
                <w:sz w:val="28"/>
                <w:szCs w:val="28"/>
              </w:rPr>
            </w:pPr>
          </w:p>
        </w:tc>
        <w:tc>
          <w:tcPr>
            <w:tcW w:w="1927" w:type="dxa"/>
            <w:shd w:val="clear" w:color="auto" w:fill="F2F2F2"/>
            <w:vAlign w:val="center"/>
          </w:tcPr>
          <w:p w14:paraId="05F7B7B0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b/>
                <w:sz w:val="28"/>
                <w:szCs w:val="28"/>
              </w:rPr>
              <w:t>联系人</w:t>
            </w:r>
          </w:p>
          <w:p w14:paraId="0B4E9E87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</w:rPr>
              <w:t>ผู้ติดต่อ</w:t>
            </w:r>
          </w:p>
        </w:tc>
        <w:tc>
          <w:tcPr>
            <w:tcW w:w="3288" w:type="dxa"/>
            <w:vAlign w:val="center"/>
          </w:tcPr>
          <w:p w14:paraId="62244E5F" w14:textId="77777777" w:rsidR="00CC248F" w:rsidRPr="00E208D5" w:rsidRDefault="00CC248F">
            <w:pPr>
              <w:spacing w:after="20"/>
              <w:rPr>
                <w:sz w:val="28"/>
                <w:szCs w:val="28"/>
              </w:rPr>
            </w:pPr>
          </w:p>
        </w:tc>
        <w:tc>
          <w:tcPr>
            <w:tcW w:w="1927" w:type="dxa"/>
            <w:shd w:val="clear" w:color="auto" w:fill="F2F2F2"/>
            <w:vAlign w:val="center"/>
          </w:tcPr>
          <w:p w14:paraId="25DF8E98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b/>
                <w:sz w:val="28"/>
                <w:szCs w:val="28"/>
              </w:rPr>
              <w:t>联系电话</w:t>
            </w:r>
          </w:p>
          <w:p w14:paraId="0C6E2F45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</w:rPr>
              <w:t>หมายเลขโทรศัพท์</w:t>
            </w:r>
          </w:p>
        </w:tc>
        <w:tc>
          <w:tcPr>
            <w:tcW w:w="2494" w:type="dxa"/>
            <w:vAlign w:val="center"/>
          </w:tcPr>
          <w:p w14:paraId="7A181991" w14:textId="77777777" w:rsidR="00CC248F" w:rsidRPr="00E208D5" w:rsidRDefault="00CC248F">
            <w:pPr>
              <w:spacing w:after="20"/>
              <w:rPr>
                <w:sz w:val="28"/>
                <w:szCs w:val="28"/>
              </w:rPr>
            </w:pPr>
          </w:p>
        </w:tc>
      </w:tr>
      <w:tr w:rsidR="00CC248F" w:rsidRPr="00E208D5" w14:paraId="5D0804E0" w14:textId="77777777">
        <w:trPr>
          <w:jc w:val="center"/>
        </w:trPr>
        <w:tc>
          <w:tcPr>
            <w:tcW w:w="907" w:type="dxa"/>
            <w:vMerge/>
          </w:tcPr>
          <w:p w14:paraId="6DB471E1" w14:textId="77777777" w:rsidR="00CC248F" w:rsidRPr="00E208D5" w:rsidRDefault="00CC248F">
            <w:pPr>
              <w:rPr>
                <w:sz w:val="28"/>
                <w:szCs w:val="28"/>
              </w:rPr>
            </w:pPr>
          </w:p>
        </w:tc>
        <w:tc>
          <w:tcPr>
            <w:tcW w:w="1927" w:type="dxa"/>
            <w:shd w:val="clear" w:color="auto" w:fill="F2F2F2"/>
            <w:vAlign w:val="center"/>
          </w:tcPr>
          <w:p w14:paraId="3E81AC70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  <w:lang w:eastAsia="zh-CN"/>
              </w:rPr>
            </w:pPr>
            <w:r w:rsidRPr="00E208D5">
              <w:rPr>
                <w:b/>
                <w:sz w:val="28"/>
                <w:szCs w:val="28"/>
                <w:lang w:eastAsia="zh-CN"/>
              </w:rPr>
              <w:t>举办者提交的文件、证明</w:t>
            </w:r>
          </w:p>
          <w:p w14:paraId="0FC12D84" w14:textId="77777777" w:rsidR="00CC248F" w:rsidRPr="00E208D5" w:rsidRDefault="00847AE2">
            <w:pPr>
              <w:spacing w:after="20"/>
              <w:jc w:val="center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</w:rPr>
              <w:t>เอกสาร/หลักฐานที่ผู้จัดงานต้องยื่น</w:t>
            </w:r>
          </w:p>
        </w:tc>
        <w:tc>
          <w:tcPr>
            <w:tcW w:w="7709" w:type="dxa"/>
            <w:gridSpan w:val="3"/>
            <w:vAlign w:val="center"/>
          </w:tcPr>
          <w:p w14:paraId="00FBD8DB" w14:textId="77777777" w:rsidR="00CC248F" w:rsidRPr="00E208D5" w:rsidRDefault="00847AE2">
            <w:pPr>
              <w:spacing w:after="20"/>
              <w:rPr>
                <w:sz w:val="28"/>
                <w:szCs w:val="28"/>
                <w:lang w:eastAsia="zh-CN"/>
              </w:rPr>
            </w:pPr>
            <w:r w:rsidRPr="00E208D5">
              <w:rPr>
                <w:sz w:val="28"/>
                <w:szCs w:val="28"/>
                <w:lang w:eastAsia="zh-CN"/>
              </w:rPr>
              <w:t xml:space="preserve">□ </w:t>
            </w:r>
            <w:r w:rsidRPr="00E208D5">
              <w:rPr>
                <w:sz w:val="28"/>
                <w:szCs w:val="28"/>
                <w:lang w:eastAsia="zh-CN"/>
              </w:rPr>
              <w:t>举办者填写完整的《食品展销会报告登记表》</w:t>
            </w:r>
          </w:p>
          <w:p w14:paraId="58BAEA00" w14:textId="77777777" w:rsidR="00CC248F" w:rsidRPr="00E208D5" w:rsidRDefault="00847AE2">
            <w:pPr>
              <w:spacing w:after="20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  <w:lang w:eastAsia="zh-CN"/>
              </w:rPr>
              <w:t xml:space="preserve">   </w:t>
            </w:r>
            <w:r w:rsidRPr="00E208D5">
              <w:rPr>
                <w:sz w:val="28"/>
                <w:szCs w:val="28"/>
              </w:rPr>
              <w:t>ผู้จัดงานกรอก “แบบฟอร์มรายงานและลงทะเบียนงานแสดงและจำหน่ายอาหาร” ให้ครบถ้วน</w:t>
            </w:r>
          </w:p>
          <w:p w14:paraId="15AFF4CB" w14:textId="77777777" w:rsidR="00CC248F" w:rsidRPr="00E208D5" w:rsidRDefault="00847AE2">
            <w:pPr>
              <w:spacing w:after="20"/>
              <w:rPr>
                <w:sz w:val="28"/>
                <w:szCs w:val="28"/>
                <w:lang w:eastAsia="zh-CN"/>
              </w:rPr>
            </w:pPr>
            <w:r w:rsidRPr="00E208D5">
              <w:rPr>
                <w:sz w:val="28"/>
                <w:szCs w:val="28"/>
                <w:lang w:eastAsia="zh-CN"/>
              </w:rPr>
              <w:t xml:space="preserve">□ </w:t>
            </w:r>
            <w:r w:rsidRPr="00E208D5">
              <w:rPr>
                <w:sz w:val="28"/>
                <w:szCs w:val="28"/>
                <w:lang w:eastAsia="zh-CN"/>
              </w:rPr>
              <w:t>举办者的《营业执照》等主体资格证明</w:t>
            </w:r>
          </w:p>
          <w:p w14:paraId="1A4ED92E" w14:textId="77777777" w:rsidR="00CC248F" w:rsidRPr="00E208D5" w:rsidRDefault="00847AE2">
            <w:pPr>
              <w:spacing w:after="20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  <w:lang w:eastAsia="zh-CN"/>
              </w:rPr>
              <w:t xml:space="preserve">   </w:t>
            </w:r>
            <w:r w:rsidRPr="00E208D5">
              <w:rPr>
                <w:sz w:val="28"/>
                <w:szCs w:val="28"/>
              </w:rPr>
              <w:t>ใบอนุญาตประกอบธุรกิจ (</w:t>
            </w:r>
            <w:r w:rsidRPr="00E208D5">
              <w:rPr>
                <w:sz w:val="28"/>
                <w:szCs w:val="28"/>
              </w:rPr>
              <w:t>营业执照</w:t>
            </w:r>
            <w:r w:rsidRPr="00E208D5">
              <w:rPr>
                <w:sz w:val="28"/>
                <w:szCs w:val="28"/>
              </w:rPr>
              <w:t xml:space="preserve">) </w:t>
            </w:r>
            <w:r w:rsidRPr="00E208D5">
              <w:rPr>
                <w:sz w:val="28"/>
                <w:szCs w:val="28"/>
              </w:rPr>
              <w:t>หรือหลักฐานคุณสมบัติของนิติบุคคล/ผู้จัดงาน</w:t>
            </w:r>
          </w:p>
          <w:p w14:paraId="5DEE6D7C" w14:textId="77777777" w:rsidR="00CC248F" w:rsidRPr="00E208D5" w:rsidRDefault="00847AE2">
            <w:pPr>
              <w:spacing w:after="20"/>
              <w:rPr>
                <w:sz w:val="28"/>
                <w:szCs w:val="28"/>
                <w:lang w:eastAsia="zh-CN"/>
              </w:rPr>
            </w:pPr>
            <w:r w:rsidRPr="00E208D5">
              <w:rPr>
                <w:sz w:val="28"/>
                <w:szCs w:val="28"/>
                <w:lang w:eastAsia="zh-CN"/>
              </w:rPr>
              <w:t xml:space="preserve">□ </w:t>
            </w:r>
            <w:r w:rsidRPr="00E208D5">
              <w:rPr>
                <w:sz w:val="28"/>
                <w:szCs w:val="28"/>
                <w:lang w:eastAsia="zh-CN"/>
              </w:rPr>
              <w:t>食品展销会组织实施方案</w:t>
            </w:r>
          </w:p>
          <w:p w14:paraId="1EEB1B98" w14:textId="77777777" w:rsidR="00CC248F" w:rsidRPr="00E208D5" w:rsidRDefault="00847AE2">
            <w:pPr>
              <w:spacing w:after="20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  <w:lang w:eastAsia="zh-CN"/>
              </w:rPr>
              <w:t xml:space="preserve">   </w:t>
            </w:r>
            <w:r w:rsidRPr="00E208D5">
              <w:rPr>
                <w:sz w:val="28"/>
                <w:szCs w:val="28"/>
              </w:rPr>
              <w:t>แผนการจัดและดำเนินงานแสดงและจำหน่ายอาหาร</w:t>
            </w:r>
          </w:p>
          <w:p w14:paraId="3C8E5F20" w14:textId="77777777" w:rsidR="00CC248F" w:rsidRPr="00E208D5" w:rsidRDefault="00847AE2">
            <w:pPr>
              <w:spacing w:after="20"/>
              <w:rPr>
                <w:sz w:val="28"/>
                <w:szCs w:val="28"/>
                <w:lang w:eastAsia="zh-CN"/>
              </w:rPr>
            </w:pPr>
            <w:r w:rsidRPr="00E208D5">
              <w:rPr>
                <w:sz w:val="28"/>
                <w:szCs w:val="28"/>
                <w:lang w:eastAsia="zh-CN"/>
              </w:rPr>
              <w:t xml:space="preserve">□ </w:t>
            </w:r>
            <w:r w:rsidRPr="00E208D5">
              <w:rPr>
                <w:sz w:val="28"/>
                <w:szCs w:val="28"/>
                <w:lang w:eastAsia="zh-CN"/>
              </w:rPr>
              <w:t>入场经营者的《营业执照》、《食品许可证》等的信息清单，列明经营的食品品种（品名），附相关证照复印件</w:t>
            </w:r>
          </w:p>
          <w:p w14:paraId="3CE41E59" w14:textId="77777777" w:rsidR="00CC248F" w:rsidRPr="00E208D5" w:rsidRDefault="00847AE2">
            <w:pPr>
              <w:spacing w:after="20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  <w:lang w:eastAsia="zh-CN"/>
              </w:rPr>
              <w:t xml:space="preserve">   </w:t>
            </w:r>
            <w:r w:rsidRPr="00E208D5">
              <w:rPr>
                <w:sz w:val="28"/>
                <w:szCs w:val="28"/>
              </w:rPr>
              <w:t>รายการข้อมูลใบอนุญาตประกอบธุรกิจ ใบอนุญาตด้านอาหาร ฯลฯ ของผู้ประกอบการที่เข้าร่วม พร้อมระบุชนิด/ชื่ออาหารที่จำหน่าย และแนบสำเนาใบอนุญาตที่เกี่ยวข้อง</w:t>
            </w:r>
          </w:p>
          <w:p w14:paraId="166D205D" w14:textId="77777777" w:rsidR="00CC248F" w:rsidRPr="00E208D5" w:rsidRDefault="00847AE2">
            <w:pPr>
              <w:spacing w:after="20"/>
              <w:rPr>
                <w:sz w:val="28"/>
                <w:szCs w:val="28"/>
                <w:lang w:eastAsia="zh-CN"/>
              </w:rPr>
            </w:pPr>
            <w:r w:rsidRPr="00E208D5">
              <w:rPr>
                <w:sz w:val="28"/>
                <w:szCs w:val="28"/>
                <w:lang w:eastAsia="zh-CN"/>
              </w:rPr>
              <w:t xml:space="preserve">□ </w:t>
            </w:r>
            <w:r w:rsidRPr="00E208D5">
              <w:rPr>
                <w:sz w:val="28"/>
                <w:szCs w:val="28"/>
                <w:lang w:eastAsia="zh-CN"/>
              </w:rPr>
              <w:t>标注各摊位的食品经营区域布局图</w:t>
            </w:r>
          </w:p>
          <w:p w14:paraId="737F5611" w14:textId="77777777" w:rsidR="00CC248F" w:rsidRPr="00E208D5" w:rsidRDefault="00847AE2">
            <w:pPr>
              <w:spacing w:after="20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  <w:lang w:eastAsia="zh-CN"/>
              </w:rPr>
              <w:t xml:space="preserve">   </w:t>
            </w:r>
            <w:r w:rsidRPr="00E208D5">
              <w:rPr>
                <w:sz w:val="28"/>
                <w:szCs w:val="28"/>
              </w:rPr>
              <w:t>แผนผังพื้นที่จำหน่ายอาหาร โดยระบุตำแหน่งของแต่ละบูธ</w:t>
            </w:r>
          </w:p>
          <w:p w14:paraId="7715B28C" w14:textId="77777777" w:rsidR="00CC248F" w:rsidRPr="00E208D5" w:rsidRDefault="00847AE2">
            <w:pPr>
              <w:spacing w:after="20"/>
              <w:rPr>
                <w:sz w:val="28"/>
                <w:szCs w:val="28"/>
                <w:lang w:eastAsia="zh-CN"/>
              </w:rPr>
            </w:pPr>
            <w:r w:rsidRPr="00E208D5">
              <w:rPr>
                <w:sz w:val="28"/>
                <w:szCs w:val="28"/>
                <w:lang w:eastAsia="zh-CN"/>
              </w:rPr>
              <w:t xml:space="preserve">□ </w:t>
            </w:r>
            <w:r w:rsidRPr="00E208D5">
              <w:rPr>
                <w:sz w:val="28"/>
                <w:szCs w:val="28"/>
                <w:lang w:eastAsia="zh-CN"/>
              </w:rPr>
              <w:t>食品安全管理制度、食品安全突发事件应急管理制度等</w:t>
            </w:r>
          </w:p>
          <w:p w14:paraId="166FA61D" w14:textId="77777777" w:rsidR="00CC248F" w:rsidRPr="00E208D5" w:rsidRDefault="00847AE2">
            <w:pPr>
              <w:spacing w:after="20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  <w:lang w:eastAsia="zh-CN"/>
              </w:rPr>
              <w:t xml:space="preserve">   </w:t>
            </w:r>
            <w:r w:rsidRPr="00E208D5">
              <w:rPr>
                <w:sz w:val="28"/>
                <w:szCs w:val="28"/>
              </w:rPr>
              <w:t>ระบบบริหารจัดการความปลอดภัยอาหาร และแผน/ระบบรับมือเหตุฉุกเฉินด้านความปลอดภัยอาหาร</w:t>
            </w:r>
          </w:p>
          <w:p w14:paraId="544466BF" w14:textId="77777777" w:rsidR="00CC248F" w:rsidRPr="00E208D5" w:rsidRDefault="00847AE2">
            <w:pPr>
              <w:spacing w:after="20"/>
              <w:rPr>
                <w:sz w:val="28"/>
                <w:szCs w:val="28"/>
                <w:lang w:eastAsia="zh-CN"/>
              </w:rPr>
            </w:pPr>
            <w:r w:rsidRPr="00E208D5">
              <w:rPr>
                <w:sz w:val="28"/>
                <w:szCs w:val="28"/>
                <w:lang w:eastAsia="zh-CN"/>
              </w:rPr>
              <w:t xml:space="preserve">□ </w:t>
            </w:r>
            <w:r w:rsidRPr="00E208D5">
              <w:rPr>
                <w:sz w:val="28"/>
                <w:szCs w:val="28"/>
                <w:lang w:eastAsia="zh-CN"/>
              </w:rPr>
              <w:t>举办者签署的食品安全责任承诺书</w:t>
            </w:r>
          </w:p>
          <w:p w14:paraId="5F26A0C6" w14:textId="77777777" w:rsidR="00CC248F" w:rsidRPr="00E208D5" w:rsidRDefault="00847AE2">
            <w:pPr>
              <w:spacing w:after="20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  <w:lang w:eastAsia="zh-CN"/>
              </w:rPr>
              <w:t xml:space="preserve">   </w:t>
            </w:r>
            <w:r w:rsidRPr="00E208D5">
              <w:rPr>
                <w:sz w:val="28"/>
                <w:szCs w:val="28"/>
              </w:rPr>
              <w:t>หนังสือรับรอง/คำมั่นความรับผิดชอบด้านความปลอดภัยอาหารที่ลงนามโดยผู้จัดงาน</w:t>
            </w:r>
          </w:p>
          <w:p w14:paraId="67F2C1A4" w14:textId="77777777" w:rsidR="00CC248F" w:rsidRPr="00E208D5" w:rsidRDefault="00847AE2">
            <w:pPr>
              <w:spacing w:after="20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</w:rPr>
              <w:t xml:space="preserve">□ </w:t>
            </w:r>
            <w:r w:rsidRPr="00E208D5">
              <w:rPr>
                <w:sz w:val="28"/>
                <w:szCs w:val="28"/>
              </w:rPr>
              <w:t>其他提交的材料</w:t>
            </w:r>
          </w:p>
          <w:p w14:paraId="66FB9821" w14:textId="77777777" w:rsidR="00CC248F" w:rsidRPr="00E208D5" w:rsidRDefault="00847AE2">
            <w:pPr>
              <w:spacing w:after="20"/>
              <w:rPr>
                <w:sz w:val="28"/>
                <w:szCs w:val="28"/>
              </w:rPr>
            </w:pPr>
            <w:r w:rsidRPr="00E208D5">
              <w:rPr>
                <w:sz w:val="28"/>
                <w:szCs w:val="28"/>
              </w:rPr>
              <w:t xml:space="preserve">   </w:t>
            </w:r>
            <w:r w:rsidRPr="00E208D5">
              <w:rPr>
                <w:sz w:val="28"/>
                <w:szCs w:val="28"/>
              </w:rPr>
              <w:t>เอกสารอื่น ๆ ที่ยื่นเพิ่มเติม</w:t>
            </w:r>
          </w:p>
        </w:tc>
      </w:tr>
      <w:tr w:rsidR="00CC248F" w:rsidRPr="00E208D5" w14:paraId="4446D8F6" w14:textId="77777777">
        <w:trPr>
          <w:jc w:val="center"/>
        </w:trPr>
        <w:tc>
          <w:tcPr>
            <w:tcW w:w="10543" w:type="dxa"/>
            <w:gridSpan w:val="5"/>
            <w:vAlign w:val="center"/>
          </w:tcPr>
          <w:p w14:paraId="17AFEBE1" w14:textId="0AD48ECD" w:rsidR="00CC248F" w:rsidRPr="00E208D5" w:rsidRDefault="00847AE2">
            <w:pPr>
              <w:spacing w:after="20"/>
              <w:rPr>
                <w:rFonts w:eastAsia="SimSun" w:hint="eastAsia"/>
                <w:sz w:val="28"/>
                <w:szCs w:val="28"/>
                <w:cs/>
                <w:lang w:eastAsia="zh-CN" w:bidi="th-TH"/>
              </w:rPr>
            </w:pPr>
            <w:r w:rsidRPr="00E208D5">
              <w:rPr>
                <w:sz w:val="28"/>
                <w:szCs w:val="28"/>
              </w:rPr>
              <w:t>报告时间</w:t>
            </w:r>
            <w:r w:rsidR="00E208D5">
              <w:rPr>
                <w:rFonts w:eastAsia="SimSun"/>
                <w:sz w:val="28"/>
                <w:szCs w:val="28"/>
                <w:lang w:eastAsia="zh-CN"/>
              </w:rPr>
              <w:t>/</w:t>
            </w:r>
            <w:r w:rsidR="00E208D5">
              <w:rPr>
                <w:rFonts w:eastAsia="SimSun" w:hint="cs"/>
                <w:sz w:val="28"/>
                <w:szCs w:val="28"/>
                <w:cs/>
                <w:lang w:eastAsia="zh-CN" w:bidi="th-TH"/>
              </w:rPr>
              <w:t>ลงวันที่</w:t>
            </w:r>
            <w:r w:rsidRPr="00E208D5">
              <w:rPr>
                <w:sz w:val="28"/>
                <w:szCs w:val="28"/>
              </w:rPr>
              <w:t>：</w:t>
            </w:r>
            <w:r w:rsidRPr="00E208D5">
              <w:rPr>
                <w:sz w:val="28"/>
                <w:szCs w:val="28"/>
              </w:rPr>
              <w:t xml:space="preserve"> </w:t>
            </w:r>
            <w:r w:rsidR="00E208D5">
              <w:rPr>
                <w:rFonts w:hint="cs"/>
                <w:sz w:val="28"/>
                <w:szCs w:val="28"/>
                <w:cs/>
                <w:lang w:bidi="th-TH"/>
              </w:rPr>
              <w:t xml:space="preserve">  </w:t>
            </w:r>
            <w:r w:rsidRPr="00E208D5">
              <w:rPr>
                <w:sz w:val="28"/>
                <w:szCs w:val="28"/>
              </w:rPr>
              <w:t xml:space="preserve">   </w:t>
            </w:r>
            <w:r w:rsidR="00E208D5">
              <w:rPr>
                <w:rFonts w:hint="cs"/>
                <w:sz w:val="28"/>
                <w:szCs w:val="28"/>
                <w:cs/>
                <w:lang w:bidi="th-TH"/>
              </w:rPr>
              <w:t xml:space="preserve">  </w:t>
            </w:r>
            <w:r w:rsidR="00E208D5">
              <w:rPr>
                <w:rFonts w:eastAsia="SimSun"/>
                <w:sz w:val="28"/>
                <w:szCs w:val="28"/>
                <w:lang w:eastAsia="zh-CN" w:bidi="th-TH"/>
              </w:rPr>
              <w:t>2026</w:t>
            </w:r>
            <w:r w:rsidRPr="00E208D5">
              <w:rPr>
                <w:sz w:val="28"/>
                <w:szCs w:val="28"/>
              </w:rPr>
              <w:t xml:space="preserve">    </w:t>
            </w:r>
            <w:r w:rsidRPr="00E208D5">
              <w:rPr>
                <w:sz w:val="28"/>
                <w:szCs w:val="28"/>
              </w:rPr>
              <w:t>年</w:t>
            </w:r>
            <w:r w:rsidR="00E208D5">
              <w:rPr>
                <w:rFonts w:eastAsia="SimSun" w:hint="eastAsia"/>
                <w:sz w:val="28"/>
                <w:szCs w:val="28"/>
                <w:lang w:eastAsia="zh-CN"/>
              </w:rPr>
              <w:t>/</w:t>
            </w:r>
            <w:r w:rsidR="00E208D5">
              <w:rPr>
                <w:rFonts w:eastAsia="SimSun" w:hint="cs"/>
                <w:sz w:val="28"/>
                <w:szCs w:val="28"/>
                <w:cs/>
                <w:lang w:eastAsia="zh-CN" w:bidi="th-TH"/>
              </w:rPr>
              <w:t xml:space="preserve">ปี </w:t>
            </w:r>
            <w:r w:rsidRPr="00E208D5">
              <w:rPr>
                <w:sz w:val="28"/>
                <w:szCs w:val="28"/>
              </w:rPr>
              <w:t xml:space="preserve"> </w:t>
            </w:r>
            <w:r w:rsidR="00E208D5">
              <w:rPr>
                <w:rFonts w:hint="cs"/>
                <w:sz w:val="28"/>
                <w:szCs w:val="28"/>
                <w:cs/>
                <w:lang w:bidi="th-TH"/>
              </w:rPr>
              <w:t xml:space="preserve">   </w:t>
            </w:r>
            <w:r w:rsidR="00E208D5">
              <w:rPr>
                <w:sz w:val="28"/>
                <w:szCs w:val="28"/>
                <w:lang w:bidi="th-TH"/>
              </w:rPr>
              <w:t>09</w:t>
            </w:r>
            <w:r w:rsidR="00E208D5">
              <w:rPr>
                <w:rFonts w:hint="cs"/>
                <w:sz w:val="28"/>
                <w:szCs w:val="28"/>
                <w:cs/>
                <w:lang w:bidi="th-TH"/>
              </w:rPr>
              <w:t xml:space="preserve">  </w:t>
            </w:r>
            <w:r w:rsidRPr="00E208D5">
              <w:rPr>
                <w:sz w:val="28"/>
                <w:szCs w:val="28"/>
              </w:rPr>
              <w:t xml:space="preserve">     </w:t>
            </w:r>
            <w:r w:rsidRPr="00E208D5">
              <w:rPr>
                <w:sz w:val="28"/>
                <w:szCs w:val="28"/>
              </w:rPr>
              <w:t>月</w:t>
            </w:r>
            <w:r w:rsidR="00E208D5">
              <w:rPr>
                <w:rFonts w:eastAsia="SimSun"/>
                <w:sz w:val="28"/>
                <w:szCs w:val="28"/>
                <w:lang w:eastAsia="zh-CN"/>
              </w:rPr>
              <w:t>/</w:t>
            </w:r>
            <w:r w:rsidR="00E208D5">
              <w:rPr>
                <w:rFonts w:eastAsia="SimSun" w:hint="cs"/>
                <w:sz w:val="28"/>
                <w:szCs w:val="28"/>
                <w:cs/>
                <w:lang w:eastAsia="zh-CN" w:bidi="th-TH"/>
              </w:rPr>
              <w:t xml:space="preserve">เดือน </w:t>
            </w:r>
            <w:r w:rsidRPr="00E208D5">
              <w:rPr>
                <w:sz w:val="28"/>
                <w:szCs w:val="28"/>
              </w:rPr>
              <w:t xml:space="preserve"> </w:t>
            </w:r>
            <w:r w:rsidR="00E208D5">
              <w:rPr>
                <w:rFonts w:hint="cs"/>
                <w:sz w:val="28"/>
                <w:szCs w:val="28"/>
                <w:cs/>
                <w:lang w:bidi="th-TH"/>
              </w:rPr>
              <w:t xml:space="preserve">     </w:t>
            </w:r>
            <w:r w:rsidRPr="00E208D5">
              <w:rPr>
                <w:sz w:val="28"/>
                <w:szCs w:val="28"/>
              </w:rPr>
              <w:t xml:space="preserve">     </w:t>
            </w:r>
            <w:r w:rsidRPr="00E208D5">
              <w:rPr>
                <w:sz w:val="28"/>
                <w:szCs w:val="28"/>
              </w:rPr>
              <w:t>日</w:t>
            </w:r>
            <w:r w:rsidR="00E208D5">
              <w:rPr>
                <w:rFonts w:eastAsia="SimSun"/>
                <w:sz w:val="28"/>
                <w:szCs w:val="28"/>
                <w:lang w:eastAsia="zh-CN"/>
              </w:rPr>
              <w:t>/</w:t>
            </w:r>
            <w:r w:rsidR="00E208D5">
              <w:rPr>
                <w:rFonts w:eastAsia="SimSun" w:hint="cs"/>
                <w:sz w:val="28"/>
                <w:szCs w:val="28"/>
                <w:cs/>
                <w:lang w:eastAsia="zh-CN" w:bidi="th-TH"/>
              </w:rPr>
              <w:t>วัน</w:t>
            </w:r>
          </w:p>
          <w:p w14:paraId="52F8DCCC" w14:textId="485B663A" w:rsidR="00CC248F" w:rsidRPr="00E208D5" w:rsidRDefault="00CC248F">
            <w:pPr>
              <w:spacing w:after="20"/>
              <w:rPr>
                <w:sz w:val="28"/>
                <w:szCs w:val="28"/>
                <w:lang w:bidi="th-TH"/>
              </w:rPr>
            </w:pPr>
          </w:p>
          <w:p w14:paraId="1172713F" w14:textId="3163EF7E" w:rsidR="00CC248F" w:rsidRDefault="00847AE2">
            <w:pPr>
              <w:spacing w:after="20"/>
              <w:rPr>
                <w:sz w:val="28"/>
                <w:szCs w:val="28"/>
                <w:lang w:bidi="th-TH"/>
              </w:rPr>
            </w:pPr>
            <w:r w:rsidRPr="00E208D5">
              <w:rPr>
                <w:sz w:val="28"/>
                <w:szCs w:val="28"/>
              </w:rPr>
              <w:t>签</w:t>
            </w:r>
            <w:r w:rsidRPr="00E208D5">
              <w:rPr>
                <w:sz w:val="28"/>
                <w:szCs w:val="28"/>
              </w:rPr>
              <w:t xml:space="preserve"> </w:t>
            </w:r>
            <w:r w:rsidRPr="00E208D5">
              <w:rPr>
                <w:sz w:val="28"/>
                <w:szCs w:val="28"/>
              </w:rPr>
              <w:t>字</w:t>
            </w:r>
            <w:r w:rsidR="00E208D5">
              <w:rPr>
                <w:rFonts w:eastAsia="SimSun"/>
                <w:sz w:val="28"/>
                <w:szCs w:val="28"/>
                <w:lang w:eastAsia="zh-CN"/>
              </w:rPr>
              <w:t>/</w:t>
            </w:r>
            <w:r w:rsidR="00E208D5">
              <w:rPr>
                <w:rFonts w:eastAsia="SimSun" w:hint="cs"/>
                <w:sz w:val="28"/>
                <w:szCs w:val="28"/>
                <w:cs/>
                <w:lang w:eastAsia="zh-CN" w:bidi="th-TH"/>
              </w:rPr>
              <w:t>ลายเซ็นต์</w:t>
            </w:r>
            <w:r w:rsidRPr="00E208D5">
              <w:rPr>
                <w:sz w:val="28"/>
                <w:szCs w:val="28"/>
              </w:rPr>
              <w:t>：</w:t>
            </w:r>
            <w:r w:rsidRPr="00E208D5">
              <w:rPr>
                <w:sz w:val="28"/>
                <w:szCs w:val="28"/>
              </w:rPr>
              <w:t>____________________________</w:t>
            </w:r>
          </w:p>
          <w:p w14:paraId="6EB581F0" w14:textId="4B87EC00" w:rsidR="00E208D5" w:rsidRPr="00E208D5" w:rsidRDefault="00E208D5">
            <w:pPr>
              <w:spacing w:after="20"/>
              <w:rPr>
                <w:sz w:val="28"/>
                <w:szCs w:val="28"/>
                <w:lang w:bidi="th-TH"/>
              </w:rPr>
            </w:pPr>
          </w:p>
        </w:tc>
      </w:tr>
    </w:tbl>
    <w:p w14:paraId="6CFE2A1C" w14:textId="77777777" w:rsidR="00CC248F" w:rsidRPr="00E208D5" w:rsidRDefault="00CC248F">
      <w:pPr>
        <w:rPr>
          <w:sz w:val="28"/>
          <w:szCs w:val="28"/>
        </w:rPr>
      </w:pPr>
    </w:p>
    <w:p w14:paraId="20C9E4FD" w14:textId="51EF468E" w:rsidR="00C05DB2" w:rsidRDefault="00847AE2">
      <w:pPr>
        <w:rPr>
          <w:sz w:val="28"/>
          <w:szCs w:val="28"/>
          <w:lang w:bidi="th-TH"/>
        </w:rPr>
      </w:pPr>
      <w:r w:rsidRPr="00E208D5">
        <w:rPr>
          <w:sz w:val="28"/>
          <w:szCs w:val="28"/>
          <w:lang w:eastAsia="zh-CN"/>
        </w:rPr>
        <w:t>备注：</w:t>
      </w:r>
      <w:r w:rsidRPr="00E208D5">
        <w:rPr>
          <w:sz w:val="28"/>
          <w:szCs w:val="28"/>
          <w:lang w:eastAsia="zh-CN"/>
        </w:rPr>
        <w:t>1.</w:t>
      </w:r>
      <w:r w:rsidRPr="00E208D5">
        <w:rPr>
          <w:sz w:val="28"/>
          <w:szCs w:val="28"/>
          <w:lang w:eastAsia="zh-CN"/>
        </w:rPr>
        <w:t>编号由监管部门填写。</w:t>
      </w:r>
      <w:r w:rsidRPr="00E208D5">
        <w:rPr>
          <w:sz w:val="28"/>
          <w:szCs w:val="28"/>
          <w:lang w:eastAsia="zh-CN"/>
        </w:rPr>
        <w:br/>
      </w:r>
      <w:r w:rsidRPr="00E208D5">
        <w:rPr>
          <w:sz w:val="28"/>
          <w:szCs w:val="28"/>
        </w:rPr>
        <w:t>หมายเหตุ: 1. เลขที่เอกสารให้หน่วยงานกำกับดูแลเป็นผู้กรอก</w:t>
      </w:r>
    </w:p>
    <w:p w14:paraId="62C4CF46" w14:textId="092A7601" w:rsidR="00693B6D" w:rsidRPr="00693B6D" w:rsidRDefault="00693B6D">
      <w:pPr>
        <w:rPr>
          <w:rFonts w:eastAsia="SimSun" w:hint="eastAsia"/>
          <w:sz w:val="28"/>
          <w:szCs w:val="28"/>
          <w:lang w:eastAsia="zh-CN"/>
        </w:rPr>
      </w:pPr>
      <w:r w:rsidRPr="00E208D5">
        <w:rPr>
          <w:sz w:val="28"/>
          <w:szCs w:val="28"/>
          <w:lang w:eastAsia="zh-CN"/>
        </w:rPr>
        <w:t>备注</w:t>
      </w:r>
      <w:r>
        <w:rPr>
          <w:rFonts w:eastAsia="SimSun"/>
          <w:sz w:val="28"/>
          <w:szCs w:val="28"/>
          <w:lang w:eastAsia="zh-CN"/>
        </w:rPr>
        <w:t xml:space="preserve">: 2. </w:t>
      </w:r>
      <w:r w:rsidRPr="00693B6D">
        <w:rPr>
          <w:rFonts w:eastAsia="SimSun"/>
          <w:sz w:val="28"/>
          <w:szCs w:val="28"/>
          <w:lang w:eastAsia="zh-CN"/>
        </w:rPr>
        <w:t>签署这份文件，就代表对在活动中销售的商品和食品的安全作出承诺。</w:t>
      </w:r>
    </w:p>
    <w:p w14:paraId="1A818BDB" w14:textId="6ABC26C7" w:rsidR="000B540A" w:rsidRPr="006B160F" w:rsidRDefault="006B160F">
      <w:pPr>
        <w:rPr>
          <w:rFonts w:eastAsia="SimSun" w:hint="eastAsia"/>
          <w:sz w:val="28"/>
          <w:szCs w:val="28"/>
          <w:cs/>
          <w:lang w:eastAsia="zh-CN" w:bidi="th-TH"/>
        </w:rPr>
      </w:pPr>
      <w:r>
        <w:rPr>
          <w:rFonts w:hint="cs"/>
          <w:sz w:val="28"/>
          <w:szCs w:val="28"/>
          <w:cs/>
          <w:lang w:bidi="th-TH"/>
        </w:rPr>
        <w:t>หมายเหตุ</w:t>
      </w:r>
      <w:r>
        <w:rPr>
          <w:rFonts w:eastAsia="SimSun"/>
          <w:sz w:val="28"/>
          <w:szCs w:val="28"/>
          <w:lang w:eastAsia="zh-CN" w:bidi="th-TH"/>
        </w:rPr>
        <w:t xml:space="preserve">:2. </w:t>
      </w:r>
      <w:r>
        <w:rPr>
          <w:rFonts w:eastAsia="SimSun" w:hint="cs"/>
          <w:sz w:val="28"/>
          <w:szCs w:val="28"/>
          <w:cs/>
          <w:lang w:eastAsia="zh-CN" w:bidi="th-TH"/>
        </w:rPr>
        <w:t>ในการเซ็น</w:t>
      </w:r>
      <w:r w:rsidR="00693B6D">
        <w:rPr>
          <w:rFonts w:eastAsia="SimSun" w:hint="cs"/>
          <w:sz w:val="28"/>
          <w:szCs w:val="28"/>
          <w:cs/>
          <w:lang w:eastAsia="zh-CN" w:bidi="th-TH"/>
        </w:rPr>
        <w:t>เอกสารฉบับนี้ถือว่าเป็นการให้คำมั่นด้านความปลอดภัยของสินค้าและอาหารที่นำมาจำหน่ายในงาน</w:t>
      </w:r>
    </w:p>
    <w:p w14:paraId="4F883338" w14:textId="32042D1B" w:rsidR="00E208D5" w:rsidRPr="00E208D5" w:rsidRDefault="00E208D5">
      <w:pPr>
        <w:rPr>
          <w:sz w:val="28"/>
          <w:szCs w:val="28"/>
          <w:lang w:bidi="th-TH"/>
        </w:rPr>
      </w:pPr>
    </w:p>
    <w:p w14:paraId="0C48487A" w14:textId="77777777" w:rsidR="00693B6D" w:rsidRPr="00693B6D" w:rsidRDefault="00693B6D" w:rsidP="00693B6D">
      <w:pPr>
        <w:rPr>
          <w:sz w:val="28"/>
          <w:szCs w:val="28"/>
          <w:lang w:eastAsia="zh-CN" w:bidi="th-TH"/>
        </w:rPr>
      </w:pPr>
      <w:r w:rsidRPr="00693B6D">
        <w:rPr>
          <w:rFonts w:ascii="SimSun" w:eastAsia="SimSun" w:hAnsi="SimSun" w:cs="SimSun" w:hint="eastAsia"/>
          <w:sz w:val="28"/>
          <w:szCs w:val="28"/>
          <w:lang w:eastAsia="zh-CN" w:bidi="th-TH"/>
        </w:rPr>
        <w:t>请注明商品名称或商品种类，以及食品或商品的具体清单。</w:t>
      </w:r>
    </w:p>
    <w:p w14:paraId="3FC0DA11" w14:textId="084C88D1" w:rsidR="00E208D5" w:rsidRDefault="00693B6D">
      <w:pPr>
        <w:rPr>
          <w:sz w:val="28"/>
          <w:szCs w:val="28"/>
          <w:lang w:bidi="th-TH"/>
        </w:rPr>
      </w:pPr>
      <w:r>
        <w:rPr>
          <w:rFonts w:hint="cs"/>
          <w:sz w:val="28"/>
          <w:szCs w:val="28"/>
          <w:cs/>
          <w:lang w:bidi="th-TH"/>
        </w:rPr>
        <w:t>โปรดระบุ ชื่อหรือชนิดสินค้าและ รายการอาหารหรือสินค้า</w:t>
      </w:r>
    </w:p>
    <w:p w14:paraId="3B0B0998" w14:textId="77777777" w:rsidR="00693B6D" w:rsidRPr="00E208D5" w:rsidRDefault="00693B6D">
      <w:pPr>
        <w:rPr>
          <w:sz w:val="28"/>
          <w:szCs w:val="28"/>
          <w:cs/>
          <w:lang w:bidi="th-TH"/>
        </w:rPr>
      </w:pPr>
    </w:p>
    <w:sectPr w:rsidR="00693B6D" w:rsidRPr="00E208D5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Noto Sans Thai">
    <w:altName w:val="Calibri"/>
    <w:panose1 w:val="020B0502040504020204"/>
    <w:charset w:val="00"/>
    <w:family w:val="swiss"/>
    <w:pitch w:val="variable"/>
    <w:sig w:usb0="01000003" w:usb1="00000000" w:usb2="00000000" w:usb3="00000000" w:csb0="00000001" w:csb1="00000000"/>
  </w:font>
  <w:font w:name="Noto Sans CJK SC">
    <w:altName w:val="Cambria"/>
    <w:panose1 w:val="020B0200000000000000"/>
    <w:charset w:val="80"/>
    <w:family w:val="swiss"/>
    <w:pitch w:val="variable"/>
    <w:sig w:usb0="30000083" w:usb1="2BDF3C10" w:usb2="00000016" w:usb3="00000000" w:csb0="002E0107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7328314">
    <w:abstractNumId w:val="8"/>
  </w:num>
  <w:num w:numId="2" w16cid:durableId="982662591">
    <w:abstractNumId w:val="6"/>
  </w:num>
  <w:num w:numId="3" w16cid:durableId="1328822077">
    <w:abstractNumId w:val="5"/>
  </w:num>
  <w:num w:numId="4" w16cid:durableId="1650474960">
    <w:abstractNumId w:val="4"/>
  </w:num>
  <w:num w:numId="5" w16cid:durableId="105201187">
    <w:abstractNumId w:val="7"/>
  </w:num>
  <w:num w:numId="6" w16cid:durableId="1552885207">
    <w:abstractNumId w:val="3"/>
  </w:num>
  <w:num w:numId="7" w16cid:durableId="248392332">
    <w:abstractNumId w:val="2"/>
  </w:num>
  <w:num w:numId="8" w16cid:durableId="919944167">
    <w:abstractNumId w:val="1"/>
  </w:num>
  <w:num w:numId="9" w16cid:durableId="1915432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C60"/>
    <w:rsid w:val="00034616"/>
    <w:rsid w:val="0006063C"/>
    <w:rsid w:val="000B540A"/>
    <w:rsid w:val="0015074B"/>
    <w:rsid w:val="00236EB3"/>
    <w:rsid w:val="0029639D"/>
    <w:rsid w:val="00326F90"/>
    <w:rsid w:val="003A0AB7"/>
    <w:rsid w:val="003B573D"/>
    <w:rsid w:val="00693B6D"/>
    <w:rsid w:val="006B160F"/>
    <w:rsid w:val="006D591E"/>
    <w:rsid w:val="00847AE2"/>
    <w:rsid w:val="00AA1D8D"/>
    <w:rsid w:val="00B47730"/>
    <w:rsid w:val="00C05DB2"/>
    <w:rsid w:val="00CB0664"/>
    <w:rsid w:val="00CC248F"/>
    <w:rsid w:val="00E208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21B608"/>
  <w14:defaultImageDpi w14:val="300"/>
  <w15:docId w15:val="{5AE20134-DAA2-4544-825E-F82DFA5E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ans Thai" w:eastAsia="Noto Sans CJK SC" w:hAnsi="Noto Sans Thai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หัวเรื่อง 1 อักขระ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หัวเรื่อง 2 อักขระ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หัวเรื่อง 3 อักขระ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ชื่อเรื่อง อักขระ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ชื่อเรื่องรอง อักขระ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เนื้อความ อักขระ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เนื้อความ 2 อักขระ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เนื้อความ 3 อักขระ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ข้อความแมโคร อักขระ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คำอ้างอิง อักขระ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หัวเรื่อง 4 อักขระ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ทำให้คำอ้างอิงเป็นสีเข้มขึ้น อักขระ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Normal (Web)"/>
    <w:basedOn w:val="a1"/>
    <w:uiPriority w:val="99"/>
    <w:semiHidden/>
    <w:unhideWhenUsed/>
    <w:rsid w:val="00693B6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A. Tuanpetch</cp:lastModifiedBy>
  <cp:revision>2</cp:revision>
  <dcterms:created xsi:type="dcterms:W3CDTF">2026-09-11T13:42:00Z</dcterms:created>
  <dcterms:modified xsi:type="dcterms:W3CDTF">2026-09-11T13:42:00Z</dcterms:modified>
  <cp:category/>
</cp:coreProperties>
</file>